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C61" w:rsidRPr="005F4914" w:rsidRDefault="00857C61">
      <w:pPr>
        <w:rPr>
          <w:szCs w:val="20"/>
        </w:rPr>
      </w:pPr>
    </w:p>
    <w:p w:rsidR="00857C61" w:rsidRDefault="00F96893" w:rsidP="00F96893">
      <w:pPr>
        <w:keepNext/>
        <w:spacing w:before="320" w:after="120"/>
        <w:jc w:val="center"/>
        <w:rPr>
          <w:b/>
          <w:color w:val="1B365D"/>
          <w:szCs w:val="20"/>
        </w:rPr>
      </w:pPr>
      <w:r>
        <w:rPr>
          <w:b/>
          <w:color w:val="1B365D"/>
          <w:szCs w:val="20"/>
        </w:rPr>
        <w:t>ALLEGATO 5-</w:t>
      </w:r>
      <w:r w:rsidR="001F1847" w:rsidRPr="005F4914">
        <w:rPr>
          <w:b/>
          <w:color w:val="1B365D"/>
          <w:szCs w:val="20"/>
        </w:rPr>
        <w:t xml:space="preserve"> PIANO DI PROGRAMMAZIONE MENSILE PERMESSI L. 104/1992</w:t>
      </w:r>
    </w:p>
    <w:p w:rsidR="005F4914" w:rsidRDefault="005F4914">
      <w:pPr>
        <w:keepNext/>
        <w:spacing w:before="320" w:after="120"/>
        <w:rPr>
          <w:b/>
          <w:color w:val="1B365D"/>
          <w:szCs w:val="20"/>
        </w:rPr>
      </w:pPr>
    </w:p>
    <w:p w:rsidR="005F4914" w:rsidRPr="005F4914" w:rsidRDefault="005F4914">
      <w:pPr>
        <w:keepNext/>
        <w:spacing w:before="320" w:after="120"/>
        <w:rPr>
          <w:szCs w:val="20"/>
        </w:rPr>
      </w:pPr>
    </w:p>
    <w:p w:rsidR="00857C61" w:rsidRDefault="001F1847" w:rsidP="005F4914">
      <w:pPr>
        <w:jc w:val="right"/>
      </w:pPr>
      <w:r>
        <w:rPr>
          <w:b/>
        </w:rPr>
        <w:t>Al Dirigente Scolastico dell'Istituto AGIC85600X</w:t>
      </w:r>
      <w:r>
        <w:rPr>
          <w:b/>
        </w:rPr>
        <w:br/>
      </w:r>
      <w:r>
        <w:rPr>
          <w:b/>
        </w:rPr>
        <w:br/>
      </w:r>
    </w:p>
    <w:p w:rsidR="00857C61" w:rsidRDefault="001F1847">
      <w:pPr>
        <w:spacing w:after="120"/>
      </w:pPr>
      <w:r>
        <w:t>Il/La sottoscritto/a ___________________________________ Qualifica: _____________________</w:t>
      </w:r>
      <w:r>
        <w:br/>
        <w:t>Già autorizzato/a alla fruizione dei permessi di cui alla L. 104/1992 con nota prot. n. _____________</w:t>
      </w:r>
      <w:r>
        <w:br/>
      </w:r>
    </w:p>
    <w:p w:rsidR="005F4914" w:rsidRDefault="001F1847" w:rsidP="005F4914">
      <w:pPr>
        <w:spacing w:before="120" w:after="160"/>
        <w:jc w:val="center"/>
        <w:rPr>
          <w:b/>
        </w:rPr>
      </w:pPr>
      <w:r>
        <w:rPr>
          <w:b/>
        </w:rPr>
        <w:t>COMUNICA</w:t>
      </w:r>
    </w:p>
    <w:p w:rsidR="00857C61" w:rsidRDefault="001F1847" w:rsidP="005F4914">
      <w:pPr>
        <w:spacing w:before="120" w:after="160"/>
        <w:jc w:val="center"/>
      </w:pPr>
      <w:r>
        <w:rPr>
          <w:b/>
        </w:rPr>
        <w:br/>
      </w:r>
      <w:r>
        <w:t>Il seguente piano di fruizione dei permessi per il mese di _______________________ 2026/2027:</w:t>
      </w:r>
      <w:r>
        <w:br/>
      </w:r>
    </w:p>
    <w:tbl>
      <w:tblPr>
        <w:tblW w:w="0" w:type="auto"/>
        <w:tblLayout w:type="fixed"/>
        <w:tblLook w:val="04A0"/>
      </w:tblPr>
      <w:tblGrid>
        <w:gridCol w:w="3029"/>
        <w:gridCol w:w="3029"/>
        <w:gridCol w:w="3029"/>
      </w:tblGrid>
      <w:tr w:rsidR="00857C61">
        <w:tc>
          <w:tcPr>
            <w:tcW w:w="3029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1F1847">
            <w:pPr>
              <w:jc w:val="center"/>
            </w:pPr>
            <w:r>
              <w:rPr>
                <w:b/>
                <w:color w:val="FFFFFF"/>
              </w:rPr>
              <w:t>Giorno Permesso</w:t>
            </w:r>
          </w:p>
        </w:tc>
        <w:tc>
          <w:tcPr>
            <w:tcW w:w="3029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1F1847">
            <w:pPr>
              <w:jc w:val="center"/>
            </w:pPr>
            <w:r>
              <w:rPr>
                <w:b/>
                <w:color w:val="FFFFFF"/>
              </w:rPr>
              <w:t>Tipologia (Intera Giornata / Ore)</w:t>
            </w:r>
          </w:p>
        </w:tc>
        <w:tc>
          <w:tcPr>
            <w:tcW w:w="3029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1F1847">
            <w:pPr>
              <w:jc w:val="center"/>
            </w:pPr>
            <w:r>
              <w:rPr>
                <w:b/>
                <w:color w:val="FFFFFF"/>
              </w:rPr>
              <w:t>Note / Sostituzione</w:t>
            </w:r>
          </w:p>
        </w:tc>
      </w:tr>
      <w:tr w:rsidR="00857C61">
        <w:tc>
          <w:tcPr>
            <w:tcW w:w="3029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857C61"/>
        </w:tc>
        <w:tc>
          <w:tcPr>
            <w:tcW w:w="3029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857C61"/>
        </w:tc>
        <w:tc>
          <w:tcPr>
            <w:tcW w:w="3029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857C61"/>
        </w:tc>
      </w:tr>
      <w:tr w:rsidR="00857C61">
        <w:tc>
          <w:tcPr>
            <w:tcW w:w="302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857C61"/>
        </w:tc>
        <w:tc>
          <w:tcPr>
            <w:tcW w:w="302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857C61"/>
        </w:tc>
        <w:tc>
          <w:tcPr>
            <w:tcW w:w="302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857C61"/>
        </w:tc>
      </w:tr>
      <w:tr w:rsidR="00857C61">
        <w:tc>
          <w:tcPr>
            <w:tcW w:w="3029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857C61"/>
        </w:tc>
        <w:tc>
          <w:tcPr>
            <w:tcW w:w="3029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857C61"/>
        </w:tc>
        <w:tc>
          <w:tcPr>
            <w:tcW w:w="3029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7C61" w:rsidRDefault="00857C61"/>
        </w:tc>
      </w:tr>
    </w:tbl>
    <w:p w:rsidR="00857C61" w:rsidRDefault="001F1847">
      <w:pPr>
        <w:spacing w:before="200" w:after="240"/>
      </w:pPr>
      <w:proofErr w:type="spellStart"/>
      <w:r>
        <w:t>Nota</w:t>
      </w:r>
      <w:proofErr w:type="spellEnd"/>
      <w:r>
        <w:t xml:space="preserve">: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variazioni</w:t>
      </w:r>
      <w:proofErr w:type="spellEnd"/>
      <w:r>
        <w:t xml:space="preserve"> al presente piano, determinate da improvvise ed imprevedibili esigenze di assistenza, dovranno essere comunicate con sollecitudine alla segreteria d'istituto.</w:t>
      </w:r>
    </w:p>
    <w:p w:rsidR="00857C61" w:rsidRDefault="001F1847" w:rsidP="005F4914">
      <w:pPr>
        <w:spacing w:before="280"/>
        <w:jc w:val="right"/>
      </w:pPr>
      <w:r>
        <w:t xml:space="preserve">Data: ____/____/________ </w:t>
      </w:r>
      <w:r>
        <w:tab/>
      </w:r>
      <w:r>
        <w:tab/>
      </w:r>
      <w:r>
        <w:tab/>
      </w:r>
      <w:r w:rsidR="005F4914">
        <w:t xml:space="preserve">                                   </w:t>
      </w:r>
      <w:r>
        <w:t xml:space="preserve">Firma del </w:t>
      </w:r>
      <w:proofErr w:type="spellStart"/>
      <w:r>
        <w:t>Dipendente</w:t>
      </w:r>
      <w:proofErr w:type="spellEnd"/>
      <w:r>
        <w:t xml:space="preserve">: </w:t>
      </w:r>
      <w:r w:rsidR="005F4914">
        <w:t xml:space="preserve">           </w:t>
      </w:r>
      <w:r>
        <w:t>__________________________________</w:t>
      </w:r>
    </w:p>
    <w:sectPr w:rsidR="00857C61" w:rsidSect="00034616">
      <w:pgSz w:w="11909" w:h="16834"/>
      <w:pgMar w:top="1411" w:right="1411" w:bottom="1411" w:left="141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>
    <w:useFELayout/>
  </w:compat>
  <w:rsids>
    <w:rsidRoot w:val="00B47730"/>
    <w:rsid w:val="00034616"/>
    <w:rsid w:val="0006063C"/>
    <w:rsid w:val="0015074B"/>
    <w:rsid w:val="001F1847"/>
    <w:rsid w:val="0029639D"/>
    <w:rsid w:val="00313409"/>
    <w:rsid w:val="00326F90"/>
    <w:rsid w:val="005F4914"/>
    <w:rsid w:val="006E1B4D"/>
    <w:rsid w:val="00857C61"/>
    <w:rsid w:val="00AA1D8D"/>
    <w:rsid w:val="00AB05E0"/>
    <w:rsid w:val="00B47730"/>
    <w:rsid w:val="00CB0664"/>
    <w:rsid w:val="00F9689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hAnsi="Arial"/>
      <w:color w:val="333333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Giusy</cp:lastModifiedBy>
  <cp:revision>3</cp:revision>
  <dcterms:created xsi:type="dcterms:W3CDTF">2026-09-07T09:15:00Z</dcterms:created>
  <dcterms:modified xsi:type="dcterms:W3CDTF">2026-09-07T09:37:00Z</dcterms:modified>
</cp:coreProperties>
</file>